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C9FBCF9" w14:textId="77777777" w:rsidR="00005EEF" w:rsidRPr="00425B72" w:rsidRDefault="00005EEF" w:rsidP="00425B72">
      <w:pPr>
        <w:spacing w:after="0" w:line="360" w:lineRule="auto"/>
        <w:jc w:val="center"/>
        <w:rPr>
          <w:rFonts w:eastAsia="TH Sarabun PSK"/>
          <w:b/>
          <w:bCs/>
          <w:sz w:val="36"/>
          <w:lang w:bidi="th-TH"/>
        </w:rPr>
      </w:pPr>
      <w:proofErr w:type="spellStart"/>
      <w:r w:rsidRPr="00425B72">
        <w:rPr>
          <w:rFonts w:eastAsia="TH Sarabun PSK"/>
          <w:b/>
          <w:bCs/>
          <w:sz w:val="36"/>
          <w:lang w:bidi="th-TH"/>
        </w:rPr>
        <w:t>ชื่อบทความภาษาไทย</w:t>
      </w:r>
      <w:proofErr w:type="spellEnd"/>
    </w:p>
    <w:p w14:paraId="272171CD" w14:textId="77777777" w:rsidR="00005EEF" w:rsidRPr="00425B72" w:rsidRDefault="00005EEF" w:rsidP="00425B72">
      <w:pPr>
        <w:spacing w:after="240" w:line="360" w:lineRule="auto"/>
        <w:jc w:val="center"/>
        <w:rPr>
          <w:rFonts w:eastAsia="TH Sarabun PSK"/>
          <w:b/>
          <w:bCs/>
          <w:sz w:val="36"/>
        </w:rPr>
      </w:pPr>
      <w:r w:rsidRPr="00425B72">
        <w:rPr>
          <w:rFonts w:eastAsia="TH Sarabun PSK"/>
          <w:b/>
          <w:bCs/>
          <w:sz w:val="36"/>
        </w:rPr>
        <w:t>Article Title in English</w:t>
      </w:r>
    </w:p>
    <w:p w14:paraId="3B09A83F" w14:textId="5DCB6D42" w:rsidR="00005EEF" w:rsidRPr="00005EEF" w:rsidRDefault="00005EEF" w:rsidP="00005EEF">
      <w:pPr>
        <w:spacing w:after="0" w:line="360" w:lineRule="auto"/>
        <w:jc w:val="center"/>
        <w:rPr>
          <w:rFonts w:eastAsia="TH Sarabun PSK"/>
          <w:vertAlign w:val="superscript"/>
        </w:rPr>
      </w:pPr>
      <w:proofErr w:type="spellStart"/>
      <w:r w:rsidRPr="00005EEF">
        <w:rPr>
          <w:rFonts w:eastAsia="TH Sarabun PSK"/>
          <w:lang w:bidi="th-TH"/>
        </w:rPr>
        <w:t>ชื่อ-นามสกุล</w:t>
      </w:r>
      <w:proofErr w:type="spellEnd"/>
      <w:r w:rsidRPr="00005EEF">
        <w:rPr>
          <w:rFonts w:eastAsia="TH Sarabun PSK"/>
          <w:lang w:bidi="th-TH"/>
        </w:rPr>
        <w:t xml:space="preserve"> </w:t>
      </w:r>
      <w:proofErr w:type="spellStart"/>
      <w:r w:rsidRPr="00005EEF">
        <w:rPr>
          <w:rFonts w:eastAsia="TH Sarabun PSK"/>
          <w:lang w:bidi="th-TH"/>
        </w:rPr>
        <w:t>ผู้แต่งคนที่</w:t>
      </w:r>
      <w:proofErr w:type="spellEnd"/>
      <w:r w:rsidRPr="00005EEF">
        <w:rPr>
          <w:rFonts w:eastAsia="TH Sarabun PSK"/>
          <w:lang w:bidi="th-TH"/>
        </w:rPr>
        <w:t xml:space="preserve"> 1</w:t>
      </w:r>
      <w:r w:rsidRPr="00005EEF">
        <w:rPr>
          <w:rFonts w:eastAsia="TH Sarabun PSK"/>
          <w:vertAlign w:val="superscript"/>
          <w:lang w:bidi="th-TH"/>
        </w:rPr>
        <w:t>1*</w:t>
      </w:r>
      <w:r w:rsidRPr="00005EEF">
        <w:rPr>
          <w:rFonts w:eastAsia="TH Sarabun PSK"/>
          <w:lang w:bidi="th-TH"/>
        </w:rPr>
        <w:t xml:space="preserve">, </w:t>
      </w:r>
      <w:proofErr w:type="spellStart"/>
      <w:r w:rsidRPr="00005EEF">
        <w:rPr>
          <w:rFonts w:eastAsia="TH Sarabun PSK"/>
          <w:lang w:bidi="th-TH"/>
        </w:rPr>
        <w:t>ชื่อ-นามสกุล</w:t>
      </w:r>
      <w:proofErr w:type="spellEnd"/>
      <w:r w:rsidRPr="00005EEF">
        <w:rPr>
          <w:rFonts w:eastAsia="TH Sarabun PSK"/>
          <w:lang w:bidi="th-TH"/>
        </w:rPr>
        <w:t xml:space="preserve"> </w:t>
      </w:r>
      <w:proofErr w:type="spellStart"/>
      <w:r w:rsidRPr="00005EEF">
        <w:rPr>
          <w:rFonts w:eastAsia="TH Sarabun PSK"/>
          <w:lang w:bidi="th-TH"/>
        </w:rPr>
        <w:t>ผู้แต่งคนที่</w:t>
      </w:r>
      <w:proofErr w:type="spellEnd"/>
      <w:r w:rsidRPr="00005EEF">
        <w:rPr>
          <w:rFonts w:eastAsia="TH Sarabun PSK"/>
          <w:lang w:bidi="th-TH"/>
        </w:rPr>
        <w:t xml:space="preserve"> 2</w:t>
      </w:r>
      <w:r w:rsidRPr="00005EEF">
        <w:rPr>
          <w:rFonts w:eastAsia="TH Sarabun PSK"/>
          <w:vertAlign w:val="superscript"/>
          <w:lang w:bidi="th-TH"/>
        </w:rPr>
        <w:t>2</w:t>
      </w:r>
    </w:p>
    <w:p w14:paraId="29A3B91C" w14:textId="77777777" w:rsidR="00005EEF" w:rsidRPr="00005EEF" w:rsidRDefault="00005EEF" w:rsidP="00005EEF">
      <w:pPr>
        <w:spacing w:after="240" w:line="360" w:lineRule="auto"/>
        <w:jc w:val="center"/>
        <w:rPr>
          <w:rFonts w:eastAsia="TH Sarabun PSK"/>
          <w:vertAlign w:val="superscript"/>
        </w:rPr>
      </w:pPr>
      <w:proofErr w:type="spellStart"/>
      <w:r w:rsidRPr="00005EEF">
        <w:rPr>
          <w:rFonts w:eastAsia="TH Sarabun PSK"/>
        </w:rPr>
        <w:t>Firstname</w:t>
      </w:r>
      <w:proofErr w:type="spellEnd"/>
      <w:r w:rsidRPr="00005EEF">
        <w:rPr>
          <w:rFonts w:eastAsia="TH Sarabun PSK"/>
        </w:rPr>
        <w:t xml:space="preserve"> Lastname</w:t>
      </w:r>
      <w:r w:rsidRPr="00005EEF">
        <w:rPr>
          <w:rFonts w:eastAsia="TH Sarabun PSK"/>
          <w:vertAlign w:val="superscript"/>
        </w:rPr>
        <w:t>1*</w:t>
      </w:r>
      <w:r w:rsidRPr="00005EEF">
        <w:rPr>
          <w:rFonts w:eastAsia="TH Sarabun PSK"/>
        </w:rPr>
        <w:t xml:space="preserve">, </w:t>
      </w:r>
      <w:proofErr w:type="spellStart"/>
      <w:r w:rsidRPr="00005EEF">
        <w:rPr>
          <w:rFonts w:eastAsia="TH Sarabun PSK"/>
        </w:rPr>
        <w:t>Firstname</w:t>
      </w:r>
      <w:proofErr w:type="spellEnd"/>
      <w:r w:rsidRPr="00005EEF">
        <w:rPr>
          <w:rFonts w:eastAsia="TH Sarabun PSK"/>
        </w:rPr>
        <w:t xml:space="preserve"> Lastname</w:t>
      </w:r>
      <w:r w:rsidRPr="00005EEF">
        <w:rPr>
          <w:rFonts w:eastAsia="TH Sarabun PSK"/>
          <w:vertAlign w:val="superscript"/>
        </w:rPr>
        <w:t>2</w:t>
      </w:r>
    </w:p>
    <w:p w14:paraId="09011EEC" w14:textId="77777777" w:rsidR="00005EEF" w:rsidRPr="00005EEF" w:rsidRDefault="00005EEF" w:rsidP="00425B72">
      <w:pPr>
        <w:spacing w:after="0" w:line="360" w:lineRule="auto"/>
        <w:jc w:val="center"/>
        <w:rPr>
          <w:rFonts w:eastAsia="TH Sarabun PSK"/>
        </w:rPr>
      </w:pPr>
      <w:r w:rsidRPr="00005EEF">
        <w:rPr>
          <w:rFonts w:eastAsia="TH Sarabun PSK"/>
          <w:vertAlign w:val="superscript"/>
        </w:rPr>
        <w:t>1</w:t>
      </w:r>
      <w:r w:rsidRPr="00005EEF">
        <w:rPr>
          <w:rFonts w:eastAsia="TH Sarabun PSK"/>
        </w:rPr>
        <w:t xml:space="preserve"> </w:t>
      </w:r>
      <w:proofErr w:type="spellStart"/>
      <w:r w:rsidRPr="00005EEF">
        <w:rPr>
          <w:rFonts w:eastAsia="TH Sarabun PSK"/>
        </w:rPr>
        <w:t>ภาควิชา</w:t>
      </w:r>
      <w:proofErr w:type="spellEnd"/>
      <w:r w:rsidRPr="00005EEF">
        <w:rPr>
          <w:rFonts w:eastAsia="TH Sarabun PSK"/>
        </w:rPr>
        <w:t xml:space="preserve">, </w:t>
      </w:r>
      <w:proofErr w:type="spellStart"/>
      <w:r w:rsidRPr="00005EEF">
        <w:rPr>
          <w:rFonts w:eastAsia="TH Sarabun PSK"/>
        </w:rPr>
        <w:t>คณะ</w:t>
      </w:r>
      <w:proofErr w:type="spellEnd"/>
      <w:r w:rsidRPr="00005EEF">
        <w:rPr>
          <w:rFonts w:eastAsia="TH Sarabun PSK"/>
        </w:rPr>
        <w:t xml:space="preserve">, </w:t>
      </w:r>
      <w:proofErr w:type="spellStart"/>
      <w:r w:rsidRPr="00005EEF">
        <w:rPr>
          <w:rFonts w:eastAsia="TH Sarabun PSK"/>
        </w:rPr>
        <w:t>มหาวิทยาลัย</w:t>
      </w:r>
      <w:proofErr w:type="spellEnd"/>
      <w:r w:rsidRPr="00005EEF">
        <w:rPr>
          <w:rFonts w:eastAsia="TH Sarabun PSK"/>
        </w:rPr>
        <w:t xml:space="preserve">, </w:t>
      </w:r>
      <w:proofErr w:type="spellStart"/>
      <w:r w:rsidRPr="00005EEF">
        <w:rPr>
          <w:rFonts w:eastAsia="TH Sarabun PSK"/>
        </w:rPr>
        <w:t>จังหวัด</w:t>
      </w:r>
      <w:proofErr w:type="spellEnd"/>
      <w:r w:rsidRPr="00005EEF">
        <w:rPr>
          <w:rFonts w:eastAsia="TH Sarabun PSK"/>
        </w:rPr>
        <w:t xml:space="preserve">, </w:t>
      </w:r>
      <w:proofErr w:type="spellStart"/>
      <w:r w:rsidRPr="00005EEF">
        <w:rPr>
          <w:rFonts w:eastAsia="TH Sarabun PSK"/>
        </w:rPr>
        <w:t>ประเทศ</w:t>
      </w:r>
      <w:proofErr w:type="spellEnd"/>
      <w:r w:rsidRPr="00005EEF">
        <w:rPr>
          <w:rFonts w:eastAsia="TH Sarabun PSK"/>
        </w:rPr>
        <w:t xml:space="preserve"> / Department, Faculty, University, City, Country</w:t>
      </w:r>
    </w:p>
    <w:p w14:paraId="0B0BFC9C" w14:textId="77777777" w:rsidR="00005EEF" w:rsidRDefault="00005EEF" w:rsidP="00425B72">
      <w:pPr>
        <w:spacing w:after="240" w:line="360" w:lineRule="auto"/>
        <w:jc w:val="center"/>
        <w:rPr>
          <w:rFonts w:eastAsia="TH Sarabun PSK"/>
          <w:lang w:bidi="th-TH"/>
        </w:rPr>
      </w:pPr>
      <w:r w:rsidRPr="00005EEF">
        <w:rPr>
          <w:rFonts w:eastAsia="TH Sarabun PSK"/>
          <w:vertAlign w:val="superscript"/>
        </w:rPr>
        <w:t>2</w:t>
      </w:r>
      <w:r w:rsidRPr="00005EEF">
        <w:rPr>
          <w:rFonts w:eastAsia="TH Sarabun PSK"/>
        </w:rPr>
        <w:t xml:space="preserve"> </w:t>
      </w:r>
      <w:proofErr w:type="spellStart"/>
      <w:r w:rsidRPr="00005EEF">
        <w:rPr>
          <w:rFonts w:eastAsia="TH Sarabun PSK"/>
        </w:rPr>
        <w:t>ภาควิชา</w:t>
      </w:r>
      <w:proofErr w:type="spellEnd"/>
      <w:r w:rsidRPr="00005EEF">
        <w:rPr>
          <w:rFonts w:eastAsia="TH Sarabun PSK"/>
        </w:rPr>
        <w:t xml:space="preserve">, </w:t>
      </w:r>
      <w:proofErr w:type="spellStart"/>
      <w:r w:rsidRPr="00005EEF">
        <w:rPr>
          <w:rFonts w:eastAsia="TH Sarabun PSK"/>
        </w:rPr>
        <w:t>คณะ</w:t>
      </w:r>
      <w:proofErr w:type="spellEnd"/>
      <w:r w:rsidRPr="00005EEF">
        <w:rPr>
          <w:rFonts w:eastAsia="TH Sarabun PSK"/>
        </w:rPr>
        <w:t xml:space="preserve">, </w:t>
      </w:r>
      <w:proofErr w:type="spellStart"/>
      <w:r w:rsidRPr="00005EEF">
        <w:rPr>
          <w:rFonts w:eastAsia="TH Sarabun PSK"/>
        </w:rPr>
        <w:t>มหาวิทยาลัย</w:t>
      </w:r>
      <w:proofErr w:type="spellEnd"/>
      <w:r w:rsidRPr="00005EEF">
        <w:rPr>
          <w:rFonts w:eastAsia="TH Sarabun PSK"/>
        </w:rPr>
        <w:t xml:space="preserve">, </w:t>
      </w:r>
      <w:proofErr w:type="spellStart"/>
      <w:r w:rsidRPr="00005EEF">
        <w:rPr>
          <w:rFonts w:eastAsia="TH Sarabun PSK"/>
        </w:rPr>
        <w:t>จังหวัด</w:t>
      </w:r>
      <w:proofErr w:type="spellEnd"/>
      <w:r w:rsidRPr="00005EEF">
        <w:rPr>
          <w:rFonts w:eastAsia="TH Sarabun PSK"/>
        </w:rPr>
        <w:t xml:space="preserve">, </w:t>
      </w:r>
      <w:proofErr w:type="spellStart"/>
      <w:r w:rsidRPr="00005EEF">
        <w:rPr>
          <w:rFonts w:eastAsia="TH Sarabun PSK"/>
        </w:rPr>
        <w:t>ประเทศ</w:t>
      </w:r>
      <w:proofErr w:type="spellEnd"/>
      <w:r w:rsidRPr="00005EEF">
        <w:rPr>
          <w:rFonts w:eastAsia="TH Sarabun PSK"/>
        </w:rPr>
        <w:t xml:space="preserve"> / Department, Faculty, University, City, Country</w:t>
      </w:r>
    </w:p>
    <w:p w14:paraId="4C64AA48" w14:textId="3C5DBF1D" w:rsidR="00425B72" w:rsidRDefault="00425B72" w:rsidP="00425B72">
      <w:pPr>
        <w:spacing w:after="240" w:line="360" w:lineRule="auto"/>
        <w:rPr>
          <w:rFonts w:eastAsia="TH Sarabun PSK" w:hint="cs"/>
          <w:lang w:bidi="th-TH"/>
        </w:rPr>
      </w:pPr>
      <w:r w:rsidRPr="00005EEF">
        <w:rPr>
          <w:rFonts w:eastAsia="TH Sarabun PSK"/>
          <w:vertAlign w:val="superscript"/>
        </w:rPr>
        <w:t>*</w:t>
      </w:r>
      <w:r w:rsidRPr="00005EEF">
        <w:rPr>
          <w:rFonts w:eastAsia="TH Sarabun PSK"/>
        </w:rPr>
        <w:t xml:space="preserve"> </w:t>
      </w:r>
      <w:proofErr w:type="spellStart"/>
      <w:r w:rsidRPr="00005EEF">
        <w:rPr>
          <w:rFonts w:eastAsia="TH Sarabun PSK"/>
        </w:rPr>
        <w:t>ผู้ประพันธ์บรรณกิจ</w:t>
      </w:r>
      <w:proofErr w:type="spellEnd"/>
      <w:r w:rsidRPr="00005EEF">
        <w:rPr>
          <w:rFonts w:eastAsia="TH Sarabun PSK"/>
        </w:rPr>
        <w:t xml:space="preserve"> (Corresponding Author) </w:t>
      </w:r>
      <w:proofErr w:type="spellStart"/>
      <w:r w:rsidRPr="00005EEF">
        <w:rPr>
          <w:rFonts w:eastAsia="TH Sarabun PSK"/>
        </w:rPr>
        <w:t>อีเมล</w:t>
      </w:r>
      <w:proofErr w:type="spellEnd"/>
      <w:r w:rsidRPr="00005EEF">
        <w:rPr>
          <w:rFonts w:eastAsia="TH Sarabun PSK"/>
        </w:rPr>
        <w:t xml:space="preserve">: email@university.ac.th </w:t>
      </w:r>
      <w:proofErr w:type="spellStart"/>
      <w:r w:rsidRPr="00005EEF">
        <w:rPr>
          <w:rFonts w:eastAsia="TH Sarabun PSK"/>
        </w:rPr>
        <w:t>โทร</w:t>
      </w:r>
      <w:proofErr w:type="spellEnd"/>
      <w:r w:rsidRPr="00005EEF">
        <w:rPr>
          <w:rFonts w:eastAsia="TH Sarabun PSK"/>
        </w:rPr>
        <w:t>: 08X-XXX-XXXX</w:t>
      </w:r>
    </w:p>
    <w:p w14:paraId="4F6DA084" w14:textId="3BA000E1" w:rsidR="00425B72" w:rsidRPr="00425B72" w:rsidRDefault="00425B72" w:rsidP="00005EEF">
      <w:pPr>
        <w:spacing w:after="0" w:line="360" w:lineRule="auto"/>
        <w:rPr>
          <w:rFonts w:eastAsia="TH Sarabun PSK"/>
          <w:bCs/>
          <w:lang w:bidi="th-TH"/>
        </w:rPr>
      </w:pPr>
      <w:r w:rsidRPr="00425B72">
        <w:rPr>
          <w:rFonts w:eastAsia="TH Sarabun PSK"/>
          <w:bCs/>
          <w:cs/>
          <w:lang w:bidi="th-TH"/>
        </w:rPr>
        <w:t>อีเมล (</w:t>
      </w:r>
      <w:r w:rsidRPr="00425B72">
        <w:rPr>
          <w:rFonts w:eastAsia="TH Sarabun PSK"/>
          <w:bCs/>
          <w:lang w:bidi="th-TH"/>
        </w:rPr>
        <w:t>Email)</w:t>
      </w:r>
    </w:p>
    <w:p w14:paraId="7875367D" w14:textId="60CF9C04" w:rsidR="00425B72" w:rsidRPr="00505CC4" w:rsidRDefault="00425B72" w:rsidP="00505CC4">
      <w:r>
        <w:rPr>
          <w:rFonts w:eastAsia="TH Sarabun PSK"/>
          <w:cs/>
          <w:lang w:bidi="th-TH"/>
        </w:rPr>
        <w:tab/>
      </w:r>
      <w:r w:rsidRPr="00505CC4">
        <w:rPr>
          <w:cs/>
          <w:lang w:bidi="th-TH"/>
        </w:rPr>
        <w:t xml:space="preserve">ผู้แต่งคนที่ </w:t>
      </w:r>
      <w:r w:rsidRPr="00505CC4">
        <w:t xml:space="preserve">1 </w:t>
      </w:r>
      <w:proofErr w:type="spellStart"/>
      <w:r w:rsidRPr="00505CC4">
        <w:t>อีเมล</w:t>
      </w:r>
      <w:proofErr w:type="spellEnd"/>
      <w:r w:rsidRPr="00505CC4">
        <w:t xml:space="preserve">: </w:t>
      </w:r>
      <w:hyperlink r:id="rId8" w:history="1">
        <w:r w:rsidRPr="00505CC4">
          <w:rPr>
            <w:rStyle w:val="Hyperlink"/>
          </w:rPr>
          <w:t>Author1</w:t>
        </w:r>
        <w:r w:rsidRPr="00505CC4">
          <w:rPr>
            <w:rStyle w:val="Hyperlink"/>
          </w:rPr>
          <w:t>@university.ac.th</w:t>
        </w:r>
      </w:hyperlink>
    </w:p>
    <w:p w14:paraId="65E69AFA" w14:textId="737998BE" w:rsidR="00005EEF" w:rsidRPr="00505CC4" w:rsidRDefault="00425B72" w:rsidP="00505CC4">
      <w:r w:rsidRPr="00505CC4">
        <w:tab/>
      </w:r>
      <w:r w:rsidRPr="00505CC4">
        <w:rPr>
          <w:cs/>
          <w:lang w:bidi="th-TH"/>
        </w:rPr>
        <w:t xml:space="preserve">ผู้แต่งคนที่ </w:t>
      </w:r>
      <w:r w:rsidRPr="00505CC4">
        <w:t xml:space="preserve">2 </w:t>
      </w:r>
      <w:proofErr w:type="spellStart"/>
      <w:r w:rsidRPr="00505CC4">
        <w:t>อีเมล</w:t>
      </w:r>
      <w:proofErr w:type="spellEnd"/>
      <w:r w:rsidRPr="00505CC4">
        <w:t xml:space="preserve">: </w:t>
      </w:r>
      <w:hyperlink r:id="rId9" w:history="1">
        <w:r w:rsidRPr="00505CC4">
          <w:rPr>
            <w:rStyle w:val="Hyperlink"/>
          </w:rPr>
          <w:t>Author2</w:t>
        </w:r>
        <w:r w:rsidRPr="00505CC4">
          <w:rPr>
            <w:rStyle w:val="Hyperlink"/>
          </w:rPr>
          <w:t>@university.ac.th</w:t>
        </w:r>
      </w:hyperlink>
    </w:p>
    <w:p w14:paraId="1D83CE42" w14:textId="77CABB75" w:rsidR="00005EEF" w:rsidRPr="00425B72" w:rsidRDefault="00005EEF" w:rsidP="00425B72">
      <w:pPr>
        <w:spacing w:after="0" w:line="360" w:lineRule="auto"/>
        <w:rPr>
          <w:rFonts w:eastAsia="TH Sarabun PSK"/>
          <w:b/>
          <w:bCs/>
        </w:rPr>
      </w:pPr>
      <w:proofErr w:type="spellStart"/>
      <w:r w:rsidRPr="00425B72">
        <w:rPr>
          <w:rFonts w:eastAsia="TH Sarabun PSK"/>
          <w:b/>
          <w:bCs/>
          <w:lang w:bidi="th-TH"/>
        </w:rPr>
        <w:t>แหล่งทุน</w:t>
      </w:r>
      <w:proofErr w:type="spellEnd"/>
      <w:r w:rsidRPr="00425B72">
        <w:rPr>
          <w:rFonts w:eastAsia="TH Sarabun PSK"/>
          <w:b/>
          <w:bCs/>
          <w:lang w:bidi="th-TH"/>
        </w:rPr>
        <w:t xml:space="preserve"> (</w:t>
      </w:r>
      <w:r w:rsidRPr="00425B72">
        <w:rPr>
          <w:rFonts w:eastAsia="TH Sarabun PSK"/>
          <w:b/>
          <w:bCs/>
        </w:rPr>
        <w:t>Funding)</w:t>
      </w:r>
    </w:p>
    <w:p w14:paraId="648C6E59" w14:textId="77777777" w:rsidR="00005EEF" w:rsidRPr="00425B72" w:rsidRDefault="00005EEF" w:rsidP="00425B72">
      <w:pPr>
        <w:spacing w:after="240" w:line="360" w:lineRule="auto"/>
        <w:ind w:firstLine="720"/>
        <w:rPr>
          <w:rFonts w:eastAsia="TH Sarabun PSK"/>
        </w:rPr>
      </w:pPr>
      <w:proofErr w:type="spellStart"/>
      <w:r w:rsidRPr="00425B72">
        <w:rPr>
          <w:rFonts w:eastAsia="TH Sarabun PSK"/>
          <w:lang w:bidi="th-TH"/>
        </w:rPr>
        <w:t>ชื่อแหล่งทุนและเลขที่สัญญา</w:t>
      </w:r>
      <w:proofErr w:type="spellEnd"/>
      <w:r w:rsidRPr="00425B72">
        <w:rPr>
          <w:rFonts w:eastAsia="TH Sarabun PSK"/>
          <w:lang w:bidi="th-TH"/>
        </w:rPr>
        <w:t xml:space="preserve"> </w:t>
      </w:r>
      <w:proofErr w:type="spellStart"/>
      <w:r w:rsidRPr="00425B72">
        <w:rPr>
          <w:rFonts w:eastAsia="TH Sarabun PSK"/>
          <w:lang w:bidi="th-TH"/>
        </w:rPr>
        <w:t>หรือ</w:t>
      </w:r>
      <w:proofErr w:type="spellEnd"/>
      <w:r w:rsidRPr="00425B72">
        <w:rPr>
          <w:rFonts w:eastAsia="TH Sarabun PSK"/>
          <w:lang w:bidi="th-TH"/>
        </w:rPr>
        <w:t xml:space="preserve"> </w:t>
      </w:r>
      <w:r w:rsidRPr="00425B72">
        <w:rPr>
          <w:rFonts w:eastAsia="TH Sarabun PSK"/>
        </w:rPr>
        <w:t>“</w:t>
      </w:r>
      <w:proofErr w:type="spellStart"/>
      <w:r w:rsidRPr="00425B72">
        <w:rPr>
          <w:rFonts w:eastAsia="TH Sarabun PSK"/>
          <w:lang w:bidi="th-TH"/>
        </w:rPr>
        <w:t>ไม่ได้รับทุนสนับสนุน</w:t>
      </w:r>
      <w:proofErr w:type="spellEnd"/>
      <w:r w:rsidRPr="00425B72">
        <w:rPr>
          <w:rFonts w:eastAsia="TH Sarabun PSK"/>
          <w:lang w:bidi="th-TH"/>
        </w:rPr>
        <w:t xml:space="preserve"> (</w:t>
      </w:r>
      <w:r w:rsidRPr="00425B72">
        <w:rPr>
          <w:rFonts w:eastAsia="TH Sarabun PSK"/>
        </w:rPr>
        <w:t>No external funding)”</w:t>
      </w:r>
    </w:p>
    <w:p w14:paraId="7A724B42" w14:textId="77777777" w:rsidR="00005EEF" w:rsidRPr="00425B72" w:rsidRDefault="00005EEF" w:rsidP="00425B72">
      <w:pPr>
        <w:spacing w:after="0" w:line="360" w:lineRule="auto"/>
        <w:rPr>
          <w:rFonts w:eastAsia="TH Sarabun PSK"/>
          <w:b/>
          <w:bCs/>
        </w:rPr>
      </w:pPr>
      <w:proofErr w:type="spellStart"/>
      <w:r w:rsidRPr="00425B72">
        <w:rPr>
          <w:rFonts w:eastAsia="TH Sarabun PSK"/>
          <w:b/>
          <w:bCs/>
          <w:lang w:bidi="th-TH"/>
        </w:rPr>
        <w:t>กิตติกรรมประกาศ</w:t>
      </w:r>
      <w:proofErr w:type="spellEnd"/>
      <w:r w:rsidRPr="00425B72">
        <w:rPr>
          <w:rFonts w:eastAsia="TH Sarabun PSK"/>
          <w:b/>
          <w:bCs/>
          <w:lang w:bidi="th-TH"/>
        </w:rPr>
        <w:t xml:space="preserve"> (</w:t>
      </w:r>
      <w:r w:rsidRPr="00425B72">
        <w:rPr>
          <w:rFonts w:eastAsia="TH Sarabun PSK"/>
          <w:b/>
          <w:bCs/>
        </w:rPr>
        <w:t>Acknowledgments)</w:t>
      </w:r>
    </w:p>
    <w:p w14:paraId="0DBE17A5" w14:textId="77777777" w:rsidR="00005EEF" w:rsidRPr="00425B72" w:rsidRDefault="00005EEF" w:rsidP="00425B72">
      <w:pPr>
        <w:spacing w:after="240" w:line="360" w:lineRule="auto"/>
        <w:ind w:firstLine="720"/>
        <w:rPr>
          <w:rFonts w:eastAsia="TH Sarabun PSK"/>
          <w:lang w:bidi="th-TH"/>
        </w:rPr>
      </w:pPr>
      <w:proofErr w:type="spellStart"/>
      <w:r w:rsidRPr="00425B72">
        <w:rPr>
          <w:rFonts w:eastAsia="TH Sarabun PSK"/>
          <w:lang w:bidi="th-TH"/>
        </w:rPr>
        <w:t>ข้อความขอบคุณ</w:t>
      </w:r>
      <w:proofErr w:type="spellEnd"/>
      <w:r w:rsidRPr="00425B72">
        <w:rPr>
          <w:rFonts w:eastAsia="TH Sarabun PSK"/>
          <w:lang w:bidi="th-TH"/>
        </w:rPr>
        <w:t xml:space="preserve"> (</w:t>
      </w:r>
      <w:proofErr w:type="spellStart"/>
      <w:r w:rsidRPr="00425B72">
        <w:rPr>
          <w:rFonts w:eastAsia="TH Sarabun PSK"/>
          <w:lang w:bidi="th-TH"/>
        </w:rPr>
        <w:t>ถ้ามี</w:t>
      </w:r>
      <w:proofErr w:type="spellEnd"/>
      <w:r w:rsidRPr="00425B72">
        <w:rPr>
          <w:rFonts w:eastAsia="TH Sarabun PSK"/>
          <w:lang w:bidi="th-TH"/>
        </w:rPr>
        <w:t>)</w:t>
      </w:r>
    </w:p>
    <w:p w14:paraId="2B98FD76" w14:textId="68AC0227" w:rsidR="00005EEF" w:rsidRPr="00425B72" w:rsidRDefault="00005EEF" w:rsidP="00425B72">
      <w:pPr>
        <w:spacing w:after="0" w:line="360" w:lineRule="auto"/>
        <w:rPr>
          <w:rFonts w:eastAsia="TH Sarabun PSK" w:hint="cs"/>
          <w:b/>
          <w:bCs/>
          <w:cs/>
          <w:lang w:bidi="th-TH"/>
        </w:rPr>
      </w:pPr>
      <w:proofErr w:type="spellStart"/>
      <w:r w:rsidRPr="00425B72">
        <w:rPr>
          <w:rFonts w:eastAsia="TH Sarabun PSK"/>
          <w:b/>
          <w:bCs/>
          <w:lang w:bidi="th-TH"/>
        </w:rPr>
        <w:t>จริยธรรมการวิจัย</w:t>
      </w:r>
      <w:proofErr w:type="spellEnd"/>
      <w:r w:rsidR="00425B72" w:rsidRPr="00425B72">
        <w:rPr>
          <w:rFonts w:eastAsia="TH Sarabun PSK"/>
          <w:b/>
          <w:bCs/>
          <w:lang w:bidi="th-TH"/>
        </w:rPr>
        <w:t xml:space="preserve"> (Research Ethics)</w:t>
      </w:r>
    </w:p>
    <w:p w14:paraId="3FA8062A" w14:textId="78E95CC6" w:rsidR="00005EEF" w:rsidRPr="00425B72" w:rsidRDefault="00005EEF" w:rsidP="00425B72">
      <w:pPr>
        <w:spacing w:after="240" w:line="360" w:lineRule="auto"/>
        <w:ind w:firstLine="720"/>
        <w:rPr>
          <w:rFonts w:eastAsia="TH Sarabun PSK"/>
        </w:rPr>
      </w:pPr>
      <w:proofErr w:type="spellStart"/>
      <w:r w:rsidRPr="00425B72">
        <w:rPr>
          <w:rFonts w:eastAsia="TH Sarabun PSK"/>
          <w:lang w:bidi="th-TH"/>
        </w:rPr>
        <w:t>เลขที่หนังสือรับรอง</w:t>
      </w:r>
      <w:proofErr w:type="spellEnd"/>
      <w:r w:rsidRPr="00425B72">
        <w:rPr>
          <w:rFonts w:eastAsia="TH Sarabun PSK"/>
          <w:lang w:bidi="th-TH"/>
        </w:rPr>
        <w:t xml:space="preserve"> </w:t>
      </w:r>
      <w:proofErr w:type="spellStart"/>
      <w:r w:rsidRPr="00425B72">
        <w:rPr>
          <w:rFonts w:eastAsia="TH Sarabun PSK"/>
          <w:lang w:bidi="th-TH"/>
        </w:rPr>
        <w:t>หรือ</w:t>
      </w:r>
      <w:proofErr w:type="spellEnd"/>
      <w:r w:rsidRPr="00425B72">
        <w:rPr>
          <w:rFonts w:eastAsia="TH Sarabun PSK"/>
          <w:lang w:bidi="th-TH"/>
        </w:rPr>
        <w:t xml:space="preserve"> </w:t>
      </w:r>
      <w:r w:rsidRPr="00425B72">
        <w:rPr>
          <w:rFonts w:eastAsia="TH Sarabun PSK"/>
        </w:rPr>
        <w:t>“</w:t>
      </w:r>
      <w:proofErr w:type="spellStart"/>
      <w:r w:rsidRPr="00425B72">
        <w:rPr>
          <w:rFonts w:eastAsia="TH Sarabun PSK"/>
          <w:lang w:bidi="th-TH"/>
        </w:rPr>
        <w:t>ไม่เกี่ยวข้อง</w:t>
      </w:r>
      <w:proofErr w:type="spellEnd"/>
      <w:r w:rsidRPr="00425B72">
        <w:rPr>
          <w:rFonts w:eastAsia="TH Sarabun PSK"/>
          <w:lang w:bidi="th-TH"/>
        </w:rPr>
        <w:t xml:space="preserve"> (</w:t>
      </w:r>
      <w:r w:rsidRPr="00425B72">
        <w:rPr>
          <w:rFonts w:eastAsia="TH Sarabun PSK"/>
        </w:rPr>
        <w:t>Not applicable)”</w:t>
      </w:r>
    </w:p>
    <w:sectPr w:rsidR="00005EEF" w:rsidRPr="00425B72" w:rsidSect="0003461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126E0D4" w14:textId="77777777" w:rsidR="00CB3F6B" w:rsidRDefault="00CB3F6B" w:rsidP="00005EEF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729CD4D" w14:textId="77777777" w:rsidR="00CB3F6B" w:rsidRDefault="00CB3F6B" w:rsidP="00005EEF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H Sarabun PSK">
    <w:altName w:val="Cordia New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E55CD0" w14:textId="77777777" w:rsidR="00005EEF" w:rsidRDefault="00005EEF">
    <w:pPr>
      <w:pStyle w:val="Footer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682E12" w14:textId="77777777" w:rsidR="00005EEF" w:rsidRDefault="00005EEF">
    <w:pPr>
      <w:pStyle w:val="Footer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F7FF84" w14:textId="77777777" w:rsidR="00005EEF" w:rsidRDefault="00005EEF">
    <w:pPr>
      <w:pStyle w:val="Foo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5388268" w14:textId="77777777" w:rsidR="00CB3F6B" w:rsidRDefault="00CB3F6B" w:rsidP="00005EEF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A5CA0AE" w14:textId="77777777" w:rsidR="00CB3F6B" w:rsidRDefault="00CB3F6B" w:rsidP="00005EEF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EA4862" w14:textId="77777777" w:rsidR="00005EEF" w:rsidRDefault="00005EEF">
    <w:pPr>
      <w:pStyle w:val="Header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C8B6A6" w14:textId="77777777" w:rsidR="00005EEF" w:rsidRDefault="00005EEF">
    <w:pPr>
      <w:pStyle w:val="Header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F9FEFB" w14:textId="77777777" w:rsidR="00005EEF" w:rsidRDefault="00005EEF">
    <w:pPr>
      <w:pStyle w:val="Header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40726604">
    <w:abstractNumId w:val="8"/>
  </w:num>
  <w:num w:numId="2" w16cid:durableId="381831246">
    <w:abstractNumId w:val="6"/>
  </w:num>
  <w:num w:numId="3" w16cid:durableId="704718290">
    <w:abstractNumId w:val="5"/>
  </w:num>
  <w:num w:numId="4" w16cid:durableId="2093506827">
    <w:abstractNumId w:val="4"/>
  </w:num>
  <w:num w:numId="5" w16cid:durableId="886795236">
    <w:abstractNumId w:val="7"/>
  </w:num>
  <w:num w:numId="6" w16cid:durableId="528684410">
    <w:abstractNumId w:val="3"/>
  </w:num>
  <w:num w:numId="7" w16cid:durableId="272975926">
    <w:abstractNumId w:val="2"/>
  </w:num>
  <w:num w:numId="8" w16cid:durableId="372847943">
    <w:abstractNumId w:val="1"/>
  </w:num>
  <w:num w:numId="9" w16cid:durableId="45968606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5EEF"/>
    <w:rsid w:val="00034616"/>
    <w:rsid w:val="0006063C"/>
    <w:rsid w:val="0015074B"/>
    <w:rsid w:val="0029639D"/>
    <w:rsid w:val="00326F90"/>
    <w:rsid w:val="00425B72"/>
    <w:rsid w:val="00505CC4"/>
    <w:rsid w:val="005F7EE8"/>
    <w:rsid w:val="00611B3B"/>
    <w:rsid w:val="00A004B1"/>
    <w:rsid w:val="00AA1D8D"/>
    <w:rsid w:val="00B47730"/>
    <w:rsid w:val="00CB0664"/>
    <w:rsid w:val="00CB3F6B"/>
    <w:rsid w:val="00DF3B9D"/>
    <w:rsid w:val="00DF61A9"/>
    <w:rsid w:val="00E4518B"/>
    <w:rsid w:val="00F64F7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4A3EBFD"/>
  <w14:defaultImageDpi w14:val="300"/>
  <w15:docId w15:val="{F8D45653-E593-8D4C-A51F-0A13DB494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5CC4"/>
    <w:pPr>
      <w:spacing w:after="80"/>
    </w:pPr>
    <w:rPr>
      <w:rFonts w:ascii="TH Sarabun PSK" w:hAnsi="TH Sarabun PSK" w:cs="TH Sarabun PSK"/>
      <w:color w:val="000000"/>
      <w:sz w:val="32"/>
      <w:szCs w:val="3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425B7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5B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uthor1@university.ac.th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uthor2@university.ac.th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1FB0B01-FF04-C34C-B6CB-AB4CB63A24E2}">
  <we:reference id="wa200010453" version="1.0.0.1" store="th-TH" storeType="OMEX"/>
  <we:alternateReferences>
    <we:reference id="WA200010453" version="1.0.0.1" store="" storeType="OMEX"/>
  </we:alternateReferences>
  <we:properties>
    <we:property name="claude.fileId" value="&quot;797ab281-0e82-458d-acd7-280552efce7b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134</Words>
  <Characters>738</Characters>
  <Application>Microsoft Office Word</Application>
  <DocSecurity>0</DocSecurity>
  <Lines>18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PisiT NakJaI</cp:lastModifiedBy>
  <cp:revision>7</cp:revision>
  <cp:lastPrinted>2026-10-04T08:25:00Z</cp:lastPrinted>
  <dcterms:created xsi:type="dcterms:W3CDTF">2013-12-23T23:15:00Z</dcterms:created>
  <dcterms:modified xsi:type="dcterms:W3CDTF">2026-10-12T07:22:00Z</dcterms:modified>
  <cp:category/>
</cp:coreProperties>
</file>